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תהליך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תהליך הלמידה שלי ולא רק על 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עזרה לבין עשייה במקום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רפלקציה ומתן משוב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הלמידה והרגשות סביבו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אם הוא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מתי מותר לבקש עזרה ממחשב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זמנים שמותר ויש זמנים שלא - זו בדיוק השאלה בקלף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בקלף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קלף 5 שואל בדיוק על ההבדל הזה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הכי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קלף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(בדיקת מידע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(עזרה מול עשייה במקום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(עזרה ממחשב)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(עבודה בקבוצה)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תהליך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מתחילים לעבוד על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טיוטה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משוב מחבר או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משפרים את העבודה לפי המשוב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בוחר/ת קלף, מצטט/ת את השאלה בקצרה, ועונה בכנות ובפירוט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שתהליך חשוב לא פחות מהתוצר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ומנומקת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שעזרה מלווה ואילו עשייה במקום מישהו מחליפה את הלומד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בקלפים עצמם ככלי פתיחה לשיעור או כחלק מסיכום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לענות בעל פה בקבוצות קטנות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תהליך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יש 12 קלפי שיח שעוזרים לחשוב על איך למדנו, מה היה קשה, מה היה כיף, ואיך אפשר להשתפר בפעם הבאה.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הכי קשה  ·  לומד  ·  משוב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קלפי השיח בדף עוסקים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תהליך הלמידה והרגשות סביבו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ציונים במבחנים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שיעורי בית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קלף מספר 4, מה חשוב לבדוק לגבי מידע?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אם הוא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אם הוא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אם הוא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קלף מספר 8 שואל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מתי מותר לבקש עזרה ממחשב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איזה צבע הכי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 אוכלים בארוחת 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הקלפים, אסור לבקש עזרה ממחשב אף פעם.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קלף מספר 6 מבקש לחשוב על משהו שאני גאה בו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הבדל בין עזרה לבין לעשות משהו במקום מישהו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קלף מספר 1 שואל מה היה __________ במשימה.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קלף מספר 3 שואל איזה __________ הכי עזר 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קלף מספר 7 שואל מה למדתי על עצמי כ__________.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קלף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קלף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עבודה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קלף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עזרה ממחשב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קלף 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עזרה מול עשייה במקום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קלף 11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בדיקת מידע 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תהליך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טיוטה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מתחילים לעבוד על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משפרים את העבודה לפי המשוב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משוב מחבר או 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מקלפי השיח וענו עליו בכתיבה מלאה - מה השאלה ומה התשובה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למדתם היום על החשיבה על התהליך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קלף הכי עניין אתכם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על תהליך 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