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שלי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עזרה לבין 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ומתן משוב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הלמידה והרגשות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 מותר לבקש עזרה ממחשב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 עושים כשהטיוטה לא יוצאת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זמנים שמותר ויש זמנים שלא - זו בדיוק השאלה בקלף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קלף 5 שואל בדיוק על ההבדל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קלף 9 מדבר על טיוטה שלא יוצאת יפה ומה עושים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קלף 11 שואל איך עבדתם יחד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קלף 12 שואל מה רוצים ללמוד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(בדיקת מידע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(עזרה מול עשייה במקום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(עזרה ממחשב)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(עבודה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(גאווה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לעבוד על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משפרים את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חושבים מה למדנו ומה אפשר לשפר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קלף, מצטט/ת את השאלה בקצרה, ועונה בכנות ובפירוט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עזרה - מלווים ותומכים אבל התלמיד עושה בעצמו; לעשות במקום - מישהו אחר עושה הכל; 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שתהליך חשוב לא פחות מהתוצר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מלווה ואילו עשייה במקום מישהו מחליפה את הלומד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עצמם ככלי פתיחה לשיעור או כחלק מסיכום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לענות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כאן כרטיסים עם שאלות. כל שאלה עוזרת לחשוב איך למדתי ואיך אני יכול/ה להשתפר.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ולהסתכל אחורה על מה שעשיתי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שאומרים לי כדי לעזור לי להשתפר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טיוטה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ניסיון ראשון שעוד אפשר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מההתחלה ועד הסוף, לא רק התוצאה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 נכון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שבדקנו ואנחנו בטוחים שהם 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לסייע למישהו אבל לתת לו לעשות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טובה על משהו שעשיתי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תלמידים שעובדים יחד על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מדברים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הלמידה והרגשות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בודקים לגבי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הוא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הוא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הוא כתוב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8 שואל על עזרה ממחשב -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מותר לבקש עזרה ממחשב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צבע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אוכלים בארוחת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קלף 9 - מה עושים כשקשה?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עושים כשהטיוטה לא יוצאת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קוראים לחבר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 שפה הכי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קלפים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הקלפים, אסור לבקש עזרה ממחשב אף פעם.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מספר 6 מבקש לחשוב על משהו שאני גאה בו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הבדל בין עזרה לבין לעשות משהו במקום 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הקלפים, תמיד הכל יוצא מושלם בפעם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בקבוצה היא נושא שאחד הקלפים שואל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קלף ששואל על תוכניות לעתיד או למידה הבאה.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מספר 1 שואל מה היה __________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3 שואל איזה __________ הכי עזר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7 שואל מה למדתי על עצמי כ__________.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10 שואל איזה __________ היה הכי כיף.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כשהטיוטה לא יוצאת יפה, אפשר לתת __________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קלף מספר 2 שואל מה הייתי עושה __________ אם הייתי מתחיל/ה מחדש.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קלף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עזרה ממחשב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קלף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עבודה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קלף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גאווה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קלף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בדיקת מידע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עזרה מול עשייה במקום 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מחבר או 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משפרים את העבודה לפי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 למדנו ומה אפשר לשפר בפעם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לעבוד על המשימה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טיוטה ראשונה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מקלפי השיח וענו עליו בכתיבה מלאה - מה השאלה ומה התשובה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עזרה לבין לעשות משהו במקום מישהו, ותנו דוגמה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החשיבה על התהליך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קלף הכי 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עזרה לבין לעשות במקום מישהו?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תהליך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