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תהליך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תהליך הלמידה שלי ולא רק על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עזרה לבין עשייה במקום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ומתן משוב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הלמידה והרגשות סביבו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 מותר לבקש עזרה ממחשב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מה עושים כשהטיוטה לא יוצאת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זמנים שמותר ויש זמנים שלא - זו בדיוק השאלה בקלף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בקלף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קלף 5 שואל בדיוק על ההבדל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קלף 9 מדבר על טיוטה שלא יוצאת יפה ומה עושים 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קלף 11 שואל איך עבדתם יחד בקבוצה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קלף 12 שואל מה רוצים ללמוד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(בדיקת מידע נכון)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(עזרה מול עשייה במקום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(עזרה ממחשב)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(עבודה בקבוצה)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(גאווה בעבודה)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תהליך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מתחילים לעבוד על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טיוטה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מחבר או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משפרים את העבודה לפי המשוב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חושבים מה למדנו ומה אפשר לשפר בפעם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בוחר/ת קלף, מצטט/ת את השאלה בקצרה, ועונה בכנות ובפירוט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עזרה - מלווים ותומכים אבל התלמיד עושה בעצמו; לעשות במקום - מישהו אחר עושה הכל; דוגמה אישית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שתהליך חשוב לא פחות מהתוצר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שעזרה מלווה ואילו עשייה במקום מישהו מחליפה את הלומד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בקלפים עצמם ככלי פתיחה לשיעור או כחלק מסיכום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לענות בעל פה בקבוצות קטנות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על תהליך למידה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12 קלפי שיח שעוזרים לחשוב על איך למדנו, מה היה קשה, מה היה כיף, ואיך אפשר להשתפר בפעם הבאה.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קלפי השיח בדף עוסקים בעיקר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תהליך הלמידה והרגשות סביבו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ציונים במבחנים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שיעורי 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חופשת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קלף מספר 4, מה חשוב לבדוק לגבי מידע?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הוא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הוא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הוא כתוב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קלף מספר 8 שואל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 מותר לבקש עזרה ממחשב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איזה צבע הכי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אוכלים בארוחת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איך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שואל קלף מספר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עושים כשהטיוטה לא יוצאת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איך קוראים לחבר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 החופש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איזו שפה הכי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קלפי שיח יש בסך הכל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הקלפים, אסור לבקש עזרה ממחשב אף פעם.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קלף מספר 6 מבקש לחשוב על משהו שאני גאה בו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הבדל בין עזרה לבין לעשות משהו במקום 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הקלפים, תמיד הכל יוצא מושלם בפעם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בקבוצה היא נושא שאחד הקלפים שואל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קלף ששואל על תוכניות לעתיד או למידה הבאה.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קלף מספר 1 שואל מה היה __________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קלף מספר 3 שואל איזה __________ הכי עזר 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קלף מספר 7 שואל מה למדתי על עצמי כ__________.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קלף מספר 10 שואל איזה __________ היה הכי כיף.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כשהטיוטה לא יוצאת יפה, אפשר לתת __________ לחבר.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קלף מספר 2 שואל מה הייתי עושה __________ אם הייתי מתחיל/ה מחדש.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קלף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קלף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עבודה בקבוצה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קלף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עזרה ממחשב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קלף 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עזרה מול עשייה במקום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קלף 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גאווה בעבודה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קלף 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בדיקת מידע נכון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תהליך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מחבר או מורה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משפרים את העבודה לפי המשוב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מה למדנו ומה אפשר לשפר בפעם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לעבוד על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מקלפי השיח וענו עליו בכתיבה מלאה - מה השאלה ומה התשובה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עזרה לבין לעשות משהו במקום מישהו, ותנו דוגמה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על החשיבה על התהליך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קלף הכי עניין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עזרה לבין לעשות במקום מישהו?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על תהליך למידה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